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97"/>
        <w:gridCol w:w="1898"/>
        <w:gridCol w:w="1899"/>
        <w:gridCol w:w="3797"/>
      </w:tblGrid>
      <w:tr w:rsidR="000868C1" w14:paraId="38F77938" w14:textId="77777777">
        <w:trPr>
          <w:jc w:val="center"/>
        </w:trPr>
        <w:tc>
          <w:tcPr>
            <w:tcW w:w="3797" w:type="dxa"/>
            <w:tcBorders>
              <w:bottom w:val="single" w:sz="12" w:space="0" w:color="0B3B82"/>
            </w:tcBorders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EADF2D" w14:textId="77777777" w:rsidR="000868C1" w:rsidRDefault="00000000">
            <w:pPr>
              <w:spacing w:after="0" w:line="228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C20C42B" wp14:editId="60126ED3">
                  <wp:extent cx="810000" cy="973558"/>
                  <wp:effectExtent l="0" t="0" r="0" b="0"/>
                  <wp:docPr id="1" name="Picture 1" descr="Stemma del Comune di Petacciato" title="Stemma del Comune di Petaccia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logo_petacciat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973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7" w:type="dxa"/>
            <w:gridSpan w:val="2"/>
            <w:tcBorders>
              <w:bottom w:val="single" w:sz="12" w:space="0" w:color="0B3B82"/>
            </w:tcBorders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807A25" w14:textId="77777777" w:rsidR="000868C1" w:rsidRDefault="00000000">
            <w:pPr>
              <w:spacing w:after="0" w:line="228" w:lineRule="auto"/>
              <w:jc w:val="center"/>
            </w:pPr>
            <w:r>
              <w:rPr>
                <w:b/>
                <w:color w:val="0B3B82"/>
                <w:sz w:val="30"/>
              </w:rPr>
              <w:t>AUTODICHIARAZIONE PER LA PRENOTAZIONE</w:t>
            </w:r>
          </w:p>
          <w:p w14:paraId="63DAAB24" w14:textId="77777777" w:rsidR="000868C1" w:rsidRDefault="00000000">
            <w:pPr>
              <w:spacing w:after="0" w:line="228" w:lineRule="auto"/>
              <w:jc w:val="center"/>
            </w:pPr>
            <w:r>
              <w:rPr>
                <w:b/>
                <w:color w:val="17365D"/>
                <w:sz w:val="22"/>
              </w:rPr>
              <w:t>POSTAZIONE SPIAGGIA ABILE - STAGIONE 2026</w:t>
            </w:r>
          </w:p>
          <w:p w14:paraId="658693DD" w14:textId="76E38436" w:rsidR="008705D5" w:rsidRDefault="00000000">
            <w:pPr>
              <w:spacing w:after="0" w:line="228" w:lineRule="auto"/>
              <w:jc w:val="center"/>
              <w:rPr>
                <w:b/>
                <w:color w:val="C00000"/>
                <w:sz w:val="18"/>
              </w:rPr>
            </w:pPr>
            <w:r>
              <w:rPr>
                <w:b/>
                <w:color w:val="C00000"/>
                <w:sz w:val="18"/>
              </w:rPr>
              <w:t xml:space="preserve">15 luglio - 30 settembre 2026  </w:t>
            </w:r>
          </w:p>
          <w:p w14:paraId="56E46BC7" w14:textId="4450A995" w:rsidR="000868C1" w:rsidRDefault="00000000">
            <w:pPr>
              <w:spacing w:after="0" w:line="228" w:lineRule="auto"/>
              <w:jc w:val="center"/>
            </w:pPr>
            <w:r>
              <w:rPr>
                <w:b/>
                <w:color w:val="C00000"/>
                <w:sz w:val="18"/>
              </w:rPr>
              <w:t>n. 16 postazioni disponibili</w:t>
            </w:r>
          </w:p>
        </w:tc>
        <w:tc>
          <w:tcPr>
            <w:tcW w:w="3797" w:type="dxa"/>
            <w:tcBorders>
              <w:bottom w:val="single" w:sz="12" w:space="0" w:color="0B3B82"/>
            </w:tcBorders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079A1F" w14:textId="77777777" w:rsidR="000868C1" w:rsidRDefault="00000000">
            <w:pPr>
              <w:spacing w:after="0" w:line="228" w:lineRule="auto"/>
            </w:pPr>
            <w:r>
              <w:rPr>
                <w:b/>
                <w:color w:val="0B3B82"/>
                <w:sz w:val="20"/>
              </w:rPr>
              <w:t>COMUNE DI PETACCIATO</w:t>
            </w:r>
          </w:p>
          <w:p w14:paraId="02B04F2A" w14:textId="77777777" w:rsidR="000868C1" w:rsidRDefault="00000000">
            <w:pPr>
              <w:spacing w:after="0" w:line="240" w:lineRule="auto"/>
            </w:pPr>
            <w:r>
              <w:rPr>
                <w:color w:val="17365D"/>
              </w:rPr>
              <w:t>Provincia di Campobasso</w:t>
            </w:r>
          </w:p>
          <w:p w14:paraId="40D99EB4" w14:textId="77777777" w:rsidR="000868C1" w:rsidRDefault="00000000">
            <w:pPr>
              <w:spacing w:after="0" w:line="240" w:lineRule="auto"/>
            </w:pPr>
            <w:r>
              <w:rPr>
                <w:color w:val="17365D"/>
              </w:rPr>
              <w:t>Viale Pietravalle, 5 - 86038 Petacciato (CB)</w:t>
            </w:r>
          </w:p>
          <w:p w14:paraId="77AA2BD1" w14:textId="77777777" w:rsidR="000868C1" w:rsidRDefault="00000000">
            <w:pPr>
              <w:spacing w:after="0" w:line="240" w:lineRule="auto"/>
            </w:pPr>
            <w:r>
              <w:rPr>
                <w:color w:val="17365D"/>
              </w:rPr>
              <w:t>Tel. 0875.67337</w:t>
            </w:r>
          </w:p>
          <w:p w14:paraId="565FEC42" w14:textId="77777777" w:rsidR="000868C1" w:rsidRDefault="00000000">
            <w:pPr>
              <w:spacing w:after="0" w:line="240" w:lineRule="auto"/>
            </w:pPr>
            <w:r>
              <w:rPr>
                <w:color w:val="17365D"/>
              </w:rPr>
              <w:t>PEC: comunedipetacciato@pec.it</w:t>
            </w:r>
          </w:p>
        </w:tc>
      </w:tr>
      <w:tr w:rsidR="000868C1" w:rsidRPr="006770B6" w14:paraId="630E630F" w14:textId="77777777">
        <w:trPr>
          <w:jc w:val="center"/>
        </w:trPr>
        <w:tc>
          <w:tcPr>
            <w:tcW w:w="5695" w:type="dxa"/>
            <w:gridSpan w:val="2"/>
            <w:tcBorders>
              <w:bottom w:val="single" w:sz="6" w:space="0" w:color="A6A6A6"/>
            </w:tcBorders>
            <w:tcMar>
              <w:top w:w="25" w:type="dxa"/>
              <w:left w:w="50" w:type="dxa"/>
              <w:bottom w:w="25" w:type="dxa"/>
              <w:right w:w="50" w:type="dxa"/>
            </w:tcMar>
            <w:vAlign w:val="center"/>
          </w:tcPr>
          <w:p w14:paraId="00367DB3" w14:textId="77777777" w:rsidR="008824F3" w:rsidRDefault="008824F3">
            <w:pPr>
              <w:spacing w:after="0" w:line="216" w:lineRule="auto"/>
              <w:rPr>
                <w:b/>
                <w:color w:val="17365D"/>
                <w:sz w:val="18"/>
                <w:szCs w:val="18"/>
              </w:rPr>
            </w:pPr>
          </w:p>
          <w:p w14:paraId="7CB709A9" w14:textId="735ADF54" w:rsidR="006770B6" w:rsidRDefault="00000000">
            <w:pPr>
              <w:spacing w:after="0" w:line="216" w:lineRule="auto"/>
              <w:rPr>
                <w:color w:val="17365D"/>
                <w:sz w:val="18"/>
                <w:szCs w:val="18"/>
              </w:rPr>
            </w:pPr>
            <w:r w:rsidRPr="006770B6">
              <w:rPr>
                <w:b/>
                <w:color w:val="17365D"/>
                <w:sz w:val="18"/>
                <w:szCs w:val="18"/>
              </w:rPr>
              <w:t xml:space="preserve">A </w:t>
            </w:r>
            <w:proofErr w:type="spellStart"/>
            <w:r w:rsidRPr="006770B6">
              <w:rPr>
                <w:b/>
                <w:color w:val="17365D"/>
                <w:sz w:val="18"/>
                <w:szCs w:val="18"/>
              </w:rPr>
              <w:t>Spiaggia</w:t>
            </w:r>
            <w:proofErr w:type="spellEnd"/>
            <w:r w:rsidRPr="006770B6">
              <w:rPr>
                <w:b/>
                <w:color w:val="17365D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b/>
                <w:color w:val="17365D"/>
                <w:sz w:val="18"/>
                <w:szCs w:val="18"/>
              </w:rPr>
              <w:t>Abile</w:t>
            </w:r>
            <w:proofErr w:type="spellEnd"/>
            <w:r w:rsidRPr="006770B6">
              <w:rPr>
                <w:b/>
                <w:color w:val="17365D"/>
                <w:sz w:val="18"/>
                <w:szCs w:val="18"/>
              </w:rPr>
              <w:t xml:space="preserve"> - Baja Levante</w:t>
            </w:r>
            <w:r w:rsidRPr="006770B6">
              <w:rPr>
                <w:b/>
                <w:color w:val="17365D"/>
                <w:sz w:val="18"/>
                <w:szCs w:val="18"/>
              </w:rPr>
              <w:br/>
            </w:r>
            <w:r w:rsidRPr="006770B6">
              <w:rPr>
                <w:color w:val="17365D"/>
                <w:sz w:val="18"/>
                <w:szCs w:val="18"/>
              </w:rPr>
              <w:t>Telefono: 393 4569758</w:t>
            </w:r>
            <w:r w:rsidRPr="006770B6">
              <w:rPr>
                <w:color w:val="17365D"/>
                <w:sz w:val="18"/>
                <w:szCs w:val="18"/>
              </w:rPr>
              <w:br/>
              <w:t xml:space="preserve">E-mail: </w:t>
            </w:r>
            <w:hyperlink r:id="rId7" w:history="1">
              <w:r w:rsidR="006770B6" w:rsidRPr="00FA6A57">
                <w:rPr>
                  <w:rStyle w:val="Collegamentoipertestuale"/>
                  <w:sz w:val="18"/>
                  <w:szCs w:val="18"/>
                </w:rPr>
                <w:t>cristian.berchicci@libero.it</w:t>
              </w:r>
            </w:hyperlink>
          </w:p>
          <w:p w14:paraId="7D22D992" w14:textId="288964B4" w:rsidR="006770B6" w:rsidRDefault="006770B6">
            <w:pPr>
              <w:spacing w:after="0" w:line="216" w:lineRule="auto"/>
              <w:rPr>
                <w:color w:val="17365D"/>
                <w:sz w:val="18"/>
                <w:szCs w:val="18"/>
              </w:rPr>
            </w:pPr>
            <w:r>
              <w:rPr>
                <w:color w:val="17365D"/>
                <w:sz w:val="18"/>
                <w:szCs w:val="18"/>
              </w:rPr>
              <w:t xml:space="preserve">Instagram: </w:t>
            </w:r>
            <w:hyperlink r:id="rId8" w:history="1">
              <w:r w:rsidRPr="00FA6A57">
                <w:rPr>
                  <w:rStyle w:val="Collegamentoipertestuale"/>
                  <w:sz w:val="18"/>
                  <w:szCs w:val="18"/>
                </w:rPr>
                <w:t>https://www.instagram.com/baja_levante</w:t>
              </w:r>
            </w:hyperlink>
          </w:p>
          <w:p w14:paraId="08F219A3" w14:textId="5164EC71" w:rsidR="000868C1" w:rsidRPr="006770B6" w:rsidRDefault="00000000">
            <w:pPr>
              <w:spacing w:after="0" w:line="216" w:lineRule="auto"/>
              <w:rPr>
                <w:color w:val="17365D"/>
                <w:sz w:val="18"/>
                <w:szCs w:val="18"/>
              </w:rPr>
            </w:pPr>
            <w:r w:rsidRPr="006770B6">
              <w:rPr>
                <w:color w:val="17365D"/>
                <w:sz w:val="18"/>
                <w:szCs w:val="18"/>
              </w:rPr>
              <w:t xml:space="preserve">e per </w:t>
            </w:r>
            <w:proofErr w:type="spellStart"/>
            <w:r w:rsidRPr="006770B6">
              <w:rPr>
                <w:color w:val="17365D"/>
                <w:sz w:val="18"/>
                <w:szCs w:val="18"/>
              </w:rPr>
              <w:t>conoscenza</w:t>
            </w:r>
            <w:proofErr w:type="spellEnd"/>
            <w:r w:rsidRPr="006770B6">
              <w:rPr>
                <w:color w:val="17365D"/>
                <w:sz w:val="18"/>
                <w:szCs w:val="18"/>
              </w:rPr>
              <w:t xml:space="preserve"> comunedipetacciato@pec.it</w:t>
            </w:r>
          </w:p>
        </w:tc>
        <w:tc>
          <w:tcPr>
            <w:tcW w:w="5695" w:type="dxa"/>
            <w:gridSpan w:val="2"/>
            <w:tcBorders>
              <w:bottom w:val="single" w:sz="6" w:space="0" w:color="A6A6A6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ACE2FD9" w14:textId="77777777" w:rsidR="000868C1" w:rsidRPr="006770B6" w:rsidRDefault="00000000">
            <w:pPr>
              <w:spacing w:after="0" w:line="228" w:lineRule="auto"/>
              <w:jc w:val="right"/>
              <w:rPr>
                <w:sz w:val="18"/>
                <w:szCs w:val="18"/>
              </w:rPr>
            </w:pPr>
            <w:r w:rsidRPr="006770B6">
              <w:rPr>
                <w:color w:val="17365D"/>
                <w:sz w:val="18"/>
                <w:szCs w:val="18"/>
              </w:rPr>
              <w:t>Prot. n. __________  Data ___/___/2026</w:t>
            </w:r>
          </w:p>
        </w:tc>
      </w:tr>
    </w:tbl>
    <w:p w14:paraId="5EDC53FD" w14:textId="77777777" w:rsidR="006770B6" w:rsidRDefault="006770B6">
      <w:pPr>
        <w:spacing w:after="40" w:line="221" w:lineRule="auto"/>
        <w:rPr>
          <w:color w:val="000000"/>
          <w:sz w:val="18"/>
          <w:szCs w:val="18"/>
        </w:rPr>
      </w:pPr>
    </w:p>
    <w:p w14:paraId="6E84731E" w14:textId="4580E9F5" w:rsidR="008824F3" w:rsidRPr="008824F3" w:rsidRDefault="00000000">
      <w:pPr>
        <w:spacing w:after="40" w:line="221" w:lineRule="auto"/>
        <w:rPr>
          <w:color w:val="000000"/>
          <w:sz w:val="18"/>
          <w:szCs w:val="18"/>
        </w:rPr>
      </w:pPr>
      <w:r w:rsidRPr="006770B6">
        <w:rPr>
          <w:color w:val="000000"/>
          <w:sz w:val="18"/>
          <w:szCs w:val="18"/>
        </w:rPr>
        <w:t xml:space="preserve">Il/La </w:t>
      </w:r>
      <w:proofErr w:type="spellStart"/>
      <w:r w:rsidRPr="006770B6">
        <w:rPr>
          <w:color w:val="000000"/>
          <w:sz w:val="18"/>
          <w:szCs w:val="18"/>
        </w:rPr>
        <w:t>sottoscritto</w:t>
      </w:r>
      <w:proofErr w:type="spellEnd"/>
      <w:r w:rsidRPr="006770B6">
        <w:rPr>
          <w:color w:val="000000"/>
          <w:sz w:val="18"/>
          <w:szCs w:val="18"/>
        </w:rPr>
        <w:t xml:space="preserve">/a, ai sensi degli artt. 46 e 47 del D.P.R. 445/2000 e consapevole delle conseguenze previste dagli artt. 75 e 76 in caso di dichiarazioni non veritiere, presenta la richiesta di </w:t>
      </w:r>
      <w:proofErr w:type="spellStart"/>
      <w:r w:rsidRPr="006770B6">
        <w:rPr>
          <w:color w:val="000000"/>
          <w:sz w:val="18"/>
          <w:szCs w:val="18"/>
        </w:rPr>
        <w:t>prenotazione</w:t>
      </w:r>
      <w:proofErr w:type="spellEnd"/>
      <w:r w:rsidRPr="006770B6">
        <w:rPr>
          <w:color w:val="000000"/>
          <w:sz w:val="18"/>
          <w:szCs w:val="18"/>
        </w:rPr>
        <w:t xml:space="preserve"> e </w:t>
      </w:r>
      <w:proofErr w:type="spellStart"/>
      <w:r w:rsidRPr="006770B6">
        <w:rPr>
          <w:color w:val="000000"/>
          <w:sz w:val="18"/>
          <w:szCs w:val="18"/>
        </w:rPr>
        <w:t>dichiara</w:t>
      </w:r>
      <w:proofErr w:type="spellEnd"/>
      <w:r w:rsidRPr="006770B6">
        <w:rPr>
          <w:color w:val="000000"/>
          <w:sz w:val="18"/>
          <w:szCs w:val="18"/>
        </w:rPr>
        <w:t xml:space="preserve"> </w:t>
      </w:r>
      <w:proofErr w:type="spellStart"/>
      <w:r w:rsidRPr="006770B6">
        <w:rPr>
          <w:color w:val="000000"/>
          <w:sz w:val="18"/>
          <w:szCs w:val="18"/>
        </w:rPr>
        <w:t>quanto</w:t>
      </w:r>
      <w:proofErr w:type="spellEnd"/>
      <w:r w:rsidRPr="006770B6">
        <w:rPr>
          <w:color w:val="000000"/>
          <w:sz w:val="18"/>
          <w:szCs w:val="18"/>
        </w:rPr>
        <w:t xml:space="preserve"> segue.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90"/>
      </w:tblGrid>
      <w:tr w:rsidR="000868C1" w:rsidRPr="006770B6" w14:paraId="4BE6BC6B" w14:textId="77777777">
        <w:trPr>
          <w:jc w:val="center"/>
        </w:trPr>
        <w:tc>
          <w:tcPr>
            <w:tcW w:w="11390" w:type="dxa"/>
            <w:shd w:val="clear" w:color="auto" w:fill="0B3B8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C9203D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b/>
                <w:color w:val="FFFFFF"/>
                <w:sz w:val="18"/>
                <w:szCs w:val="18"/>
              </w:rPr>
              <w:t>1. DATI DEL RICHIEDENTE E DEL BENEFICIARIO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95"/>
        <w:gridCol w:w="5695"/>
      </w:tblGrid>
      <w:tr w:rsidR="000868C1" w:rsidRPr="006770B6" w14:paraId="606BEDD0" w14:textId="77777777">
        <w:trPr>
          <w:jc w:val="center"/>
        </w:trPr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3B7229BE" w14:textId="77777777" w:rsidR="008824F3" w:rsidRDefault="008824F3">
            <w:pPr>
              <w:spacing w:after="0" w:line="228" w:lineRule="auto"/>
              <w:rPr>
                <w:color w:val="000000"/>
                <w:sz w:val="18"/>
                <w:szCs w:val="18"/>
              </w:rPr>
            </w:pPr>
          </w:p>
          <w:p w14:paraId="6DD7433D" w14:textId="6E75E229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proofErr w:type="spellStart"/>
            <w:r w:rsidRPr="006770B6">
              <w:rPr>
                <w:color w:val="000000"/>
                <w:sz w:val="18"/>
                <w:szCs w:val="18"/>
              </w:rPr>
              <w:t>Richiedente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Cognome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nome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: ____________________________________</w:t>
            </w:r>
          </w:p>
        </w:tc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27666968" w14:textId="77777777" w:rsidR="008824F3" w:rsidRDefault="008824F3">
            <w:pPr>
              <w:spacing w:after="0" w:line="228" w:lineRule="auto"/>
              <w:rPr>
                <w:color w:val="000000"/>
                <w:sz w:val="18"/>
                <w:szCs w:val="18"/>
              </w:rPr>
            </w:pPr>
          </w:p>
          <w:p w14:paraId="763B6A5A" w14:textId="25B838C3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proofErr w:type="spellStart"/>
            <w:r w:rsidRPr="006770B6">
              <w:rPr>
                <w:color w:val="000000"/>
                <w:sz w:val="18"/>
                <w:szCs w:val="18"/>
              </w:rPr>
              <w:t>Codice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fiscale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: ____________________________________</w:t>
            </w:r>
          </w:p>
        </w:tc>
      </w:tr>
      <w:tr w:rsidR="000868C1" w:rsidRPr="006770B6" w14:paraId="754DE1C0" w14:textId="77777777">
        <w:trPr>
          <w:jc w:val="center"/>
        </w:trPr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278F2CCA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Nato/a a: __________________________ il: ____/____/________</w:t>
            </w:r>
          </w:p>
        </w:tc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3AB60E43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Residente in: ______________________________________</w:t>
            </w:r>
          </w:p>
        </w:tc>
      </w:tr>
      <w:tr w:rsidR="000868C1" w:rsidRPr="006770B6" w14:paraId="34E2EC66" w14:textId="77777777">
        <w:trPr>
          <w:jc w:val="center"/>
        </w:trPr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47DA728B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Telefono: __________________________</w:t>
            </w:r>
          </w:p>
        </w:tc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226918A3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E-mail/PEC: ________________________________________</w:t>
            </w:r>
          </w:p>
        </w:tc>
      </w:tr>
      <w:tr w:rsidR="000868C1" w:rsidRPr="006770B6" w14:paraId="612F2462" w14:textId="77777777">
        <w:trPr>
          <w:jc w:val="center"/>
        </w:trPr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0093CDF7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□ Richiesta per sé stesso/a</w:t>
            </w:r>
          </w:p>
        </w:tc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41512617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□ Richiesta per beneficiario diverso dal richiedente</w:t>
            </w:r>
          </w:p>
        </w:tc>
      </w:tr>
      <w:tr w:rsidR="000868C1" w:rsidRPr="006770B6" w14:paraId="2065B36D" w14:textId="77777777">
        <w:trPr>
          <w:jc w:val="center"/>
        </w:trPr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0CD1FA24" w14:textId="77777777" w:rsidR="000868C1" w:rsidRDefault="00000000">
            <w:pPr>
              <w:spacing w:after="0" w:line="228" w:lineRule="auto"/>
              <w:rPr>
                <w:color w:val="000000"/>
                <w:sz w:val="18"/>
                <w:szCs w:val="18"/>
              </w:rPr>
            </w:pPr>
            <w:proofErr w:type="spellStart"/>
            <w:r w:rsidRPr="006770B6">
              <w:rPr>
                <w:color w:val="000000"/>
                <w:sz w:val="18"/>
                <w:szCs w:val="18"/>
              </w:rPr>
              <w:t>Beneficiario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Cognome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nome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: _________________________________</w:t>
            </w:r>
          </w:p>
          <w:p w14:paraId="6893BBB6" w14:textId="77777777" w:rsidR="008824F3" w:rsidRPr="006770B6" w:rsidRDefault="008824F3">
            <w:pPr>
              <w:spacing w:after="0" w:line="228" w:lineRule="auto"/>
              <w:rPr>
                <w:sz w:val="18"/>
                <w:szCs w:val="18"/>
              </w:rPr>
            </w:pPr>
          </w:p>
        </w:tc>
        <w:tc>
          <w:tcPr>
            <w:tcW w:w="5695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0695157B" w14:textId="65092B86" w:rsidR="008824F3" w:rsidRPr="008824F3" w:rsidRDefault="00000000">
            <w:pPr>
              <w:spacing w:after="0" w:line="228" w:lineRule="auto"/>
              <w:rPr>
                <w:color w:val="000000"/>
                <w:sz w:val="18"/>
                <w:szCs w:val="18"/>
              </w:rPr>
            </w:pPr>
            <w:proofErr w:type="spellStart"/>
            <w:r w:rsidRPr="006770B6">
              <w:rPr>
                <w:color w:val="000000"/>
                <w:sz w:val="18"/>
                <w:szCs w:val="18"/>
              </w:rPr>
              <w:t>Codice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fiscale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beneficiario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: ________________________________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390"/>
      </w:tblGrid>
      <w:tr w:rsidR="000868C1" w:rsidRPr="006770B6" w14:paraId="59A43006" w14:textId="77777777">
        <w:tc>
          <w:tcPr>
            <w:tcW w:w="11390" w:type="dxa"/>
            <w:shd w:val="clear" w:color="auto" w:fill="0B3B8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A128B9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b/>
                <w:color w:val="FFFFFF"/>
                <w:sz w:val="18"/>
                <w:szCs w:val="18"/>
              </w:rPr>
              <w:t>2. PRENOTAZIONE RICHIESTA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97"/>
        <w:gridCol w:w="3797"/>
        <w:gridCol w:w="3797"/>
      </w:tblGrid>
      <w:tr w:rsidR="000868C1" w:rsidRPr="006770B6" w14:paraId="20E81705" w14:textId="77777777">
        <w:trPr>
          <w:jc w:val="center"/>
        </w:trPr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0D25BD5A" w14:textId="77777777" w:rsidR="008824F3" w:rsidRDefault="008824F3">
            <w:pPr>
              <w:spacing w:after="0" w:line="228" w:lineRule="auto"/>
              <w:rPr>
                <w:color w:val="000000"/>
                <w:sz w:val="18"/>
                <w:szCs w:val="18"/>
              </w:rPr>
            </w:pPr>
          </w:p>
          <w:p w14:paraId="0AD348E6" w14:textId="1EE68915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richiesta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: ____/____/2026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66A0568D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Fascia: □ mattina  □ pomeriggio  □ intera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30254580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Recapito conferma: ____________________</w:t>
            </w:r>
          </w:p>
        </w:tc>
      </w:tr>
      <w:tr w:rsidR="000868C1" w:rsidRPr="006770B6" w14:paraId="10E9024B" w14:textId="77777777">
        <w:trPr>
          <w:jc w:val="center"/>
        </w:trPr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02C7D44A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Orario previsto arrivo: __________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4727DA92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Accompagnatore: □ no  □ sì (max n. 1)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0BEF1B7C" w14:textId="77777777" w:rsidR="000868C1" w:rsidRDefault="00000000">
            <w:pPr>
              <w:spacing w:after="0" w:line="228" w:lineRule="auto"/>
              <w:rPr>
                <w:color w:val="000000"/>
                <w:sz w:val="18"/>
                <w:szCs w:val="18"/>
              </w:rPr>
            </w:pPr>
            <w:proofErr w:type="spellStart"/>
            <w:r w:rsidRPr="006770B6">
              <w:rPr>
                <w:color w:val="000000"/>
                <w:sz w:val="18"/>
                <w:szCs w:val="18"/>
              </w:rPr>
              <w:t>Esigenze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organizzative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: ______________</w:t>
            </w:r>
          </w:p>
          <w:p w14:paraId="5EF8FC04" w14:textId="77777777" w:rsidR="008824F3" w:rsidRPr="006770B6" w:rsidRDefault="008824F3">
            <w:pPr>
              <w:spacing w:after="0" w:line="228" w:lineRule="auto"/>
              <w:rPr>
                <w:sz w:val="18"/>
                <w:szCs w:val="18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390"/>
      </w:tblGrid>
      <w:tr w:rsidR="000868C1" w:rsidRPr="006770B6" w14:paraId="4C34E963" w14:textId="77777777">
        <w:tc>
          <w:tcPr>
            <w:tcW w:w="11390" w:type="dxa"/>
            <w:shd w:val="clear" w:color="auto" w:fill="0B3B8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09ACBE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b/>
                <w:color w:val="FFFFFF"/>
                <w:sz w:val="18"/>
                <w:szCs w:val="18"/>
              </w:rPr>
              <w:t>3. REQUISITO DI ACCESSO E DOCUMENTAZIONE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95"/>
        <w:gridCol w:w="5695"/>
      </w:tblGrid>
      <w:tr w:rsidR="000868C1" w:rsidRPr="006770B6" w14:paraId="22D924BB" w14:textId="77777777">
        <w:trPr>
          <w:jc w:val="center"/>
        </w:trPr>
        <w:tc>
          <w:tcPr>
            <w:tcW w:w="5695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50" w:type="dxa"/>
              <w:left w:w="75" w:type="dxa"/>
              <w:bottom w:w="50" w:type="dxa"/>
              <w:right w:w="75" w:type="dxa"/>
            </w:tcMar>
          </w:tcPr>
          <w:p w14:paraId="24EA582D" w14:textId="6EFE0ED4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proofErr w:type="spellStart"/>
            <w:r w:rsidRPr="006770B6">
              <w:rPr>
                <w:b/>
                <w:color w:val="20783D"/>
                <w:sz w:val="18"/>
                <w:szCs w:val="18"/>
              </w:rPr>
              <w:t>Barrare</w:t>
            </w:r>
            <w:proofErr w:type="spellEnd"/>
            <w:r w:rsidRPr="006770B6">
              <w:rPr>
                <w:b/>
                <w:color w:val="20783D"/>
                <w:sz w:val="18"/>
                <w:szCs w:val="18"/>
              </w:rPr>
              <w:t xml:space="preserve"> la </w:t>
            </w:r>
            <w:proofErr w:type="spellStart"/>
            <w:r w:rsidRPr="006770B6">
              <w:rPr>
                <w:b/>
                <w:color w:val="20783D"/>
                <w:sz w:val="18"/>
                <w:szCs w:val="18"/>
              </w:rPr>
              <w:t>condizione</w:t>
            </w:r>
            <w:proofErr w:type="spellEnd"/>
            <w:r w:rsidRPr="006770B6">
              <w:rPr>
                <w:b/>
                <w:color w:val="20783D"/>
                <w:sz w:val="18"/>
                <w:szCs w:val="18"/>
              </w:rPr>
              <w:t xml:space="preserve"> del </w:t>
            </w:r>
            <w:proofErr w:type="spellStart"/>
            <w:r w:rsidRPr="006770B6">
              <w:rPr>
                <w:b/>
                <w:color w:val="20783D"/>
                <w:sz w:val="18"/>
                <w:szCs w:val="18"/>
              </w:rPr>
              <w:t>beneficiario</w:t>
            </w:r>
            <w:proofErr w:type="spellEnd"/>
            <w:r w:rsidRPr="006770B6">
              <w:rPr>
                <w:b/>
                <w:color w:val="20783D"/>
                <w:sz w:val="18"/>
                <w:szCs w:val="18"/>
              </w:rPr>
              <w:t>:</w:t>
            </w:r>
          </w:p>
          <w:p w14:paraId="4D458EB0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Legge 104/1992, art. 3, comma 3</w:t>
            </w:r>
            <w:r w:rsidRPr="006770B6">
              <w:rPr>
                <w:color w:val="000000"/>
                <w:sz w:val="18"/>
                <w:szCs w:val="18"/>
              </w:rPr>
              <w:t xml:space="preserve"> (situazione di gravità)</w:t>
            </w:r>
          </w:p>
          <w:p w14:paraId="007FD5B3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Legge 104/1992, art. 3, comma 1</w:t>
            </w:r>
          </w:p>
          <w:p w14:paraId="4335ECC0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Invalidità civile riconosciuta:</w:t>
            </w:r>
            <w:r w:rsidRPr="006770B6">
              <w:rPr>
                <w:color w:val="000000"/>
                <w:sz w:val="18"/>
                <w:szCs w:val="18"/>
              </w:rPr>
              <w:t xml:space="preserve"> ______ %</w:t>
            </w:r>
          </w:p>
          <w:p w14:paraId="06C8487D" w14:textId="77777777" w:rsidR="000868C1" w:rsidRPr="006770B6" w:rsidRDefault="00000000">
            <w:pPr>
              <w:spacing w:after="0" w:line="216" w:lineRule="auto"/>
              <w:ind w:left="255"/>
              <w:rPr>
                <w:sz w:val="18"/>
                <w:szCs w:val="18"/>
              </w:rPr>
            </w:pPr>
            <w:r w:rsidRPr="006770B6">
              <w:rPr>
                <w:b/>
                <w:color w:val="C00000"/>
                <w:sz w:val="18"/>
                <w:szCs w:val="18"/>
              </w:rPr>
              <w:t>□ dal 67% al 99%     □ 100%     □ con indennità di accompagnamento</w:t>
            </w:r>
          </w:p>
          <w:p w14:paraId="4C918DF8" w14:textId="77777777" w:rsidR="000868C1" w:rsidRPr="006770B6" w:rsidRDefault="00000000">
            <w:pPr>
              <w:spacing w:after="0" w:line="228" w:lineRule="auto"/>
              <w:ind w:left="255"/>
              <w:rPr>
                <w:sz w:val="18"/>
                <w:szCs w:val="18"/>
              </w:rPr>
            </w:pPr>
            <w:r w:rsidRPr="006770B6">
              <w:rPr>
                <w:b/>
                <w:color w:val="20783D"/>
                <w:sz w:val="18"/>
                <w:szCs w:val="18"/>
              </w:rPr>
              <w:t>Tipologia funzionale (senza indicare diagnosi):  □ motoria  □ sensoriale  □ cognitiva</w:t>
            </w:r>
          </w:p>
          <w:p w14:paraId="07004388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Mobilità ridotta / inabilità temporanea</w:t>
            </w:r>
            <w:r w:rsidRPr="006770B6">
              <w:rPr>
                <w:color w:val="000000"/>
                <w:sz w:val="18"/>
                <w:szCs w:val="18"/>
              </w:rPr>
              <w:t xml:space="preserve"> attestata dal medico curante o specialista</w:t>
            </w:r>
          </w:p>
          <w:p w14:paraId="302B631E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Persona anziana o fragile</w:t>
            </w:r>
            <w:r w:rsidRPr="006770B6">
              <w:rPr>
                <w:color w:val="000000"/>
                <w:sz w:val="18"/>
                <w:szCs w:val="18"/>
              </w:rPr>
              <w:t xml:space="preserve"> che necessita di accesso agevolato o ausili</w:t>
            </w:r>
          </w:p>
          <w:p w14:paraId="73347351" w14:textId="77777777" w:rsidR="000868C1" w:rsidRDefault="00000000">
            <w:pPr>
              <w:spacing w:after="0" w:line="221" w:lineRule="auto"/>
              <w:rPr>
                <w:color w:val="000000"/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 xml:space="preserve">Donna in </w:t>
            </w:r>
            <w:proofErr w:type="spellStart"/>
            <w:r w:rsidRPr="006770B6">
              <w:rPr>
                <w:b/>
                <w:color w:val="000000"/>
                <w:sz w:val="18"/>
                <w:szCs w:val="18"/>
              </w:rPr>
              <w:t>gravidanza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che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necessita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di accesso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facilitato</w:t>
            </w:r>
            <w:proofErr w:type="spellEnd"/>
          </w:p>
          <w:p w14:paraId="0B863DE8" w14:textId="77777777" w:rsidR="008824F3" w:rsidRPr="006770B6" w:rsidRDefault="008824F3">
            <w:pPr>
              <w:spacing w:after="0" w:line="221" w:lineRule="auto"/>
              <w:rPr>
                <w:sz w:val="18"/>
                <w:szCs w:val="18"/>
              </w:rPr>
            </w:pPr>
          </w:p>
        </w:tc>
        <w:tc>
          <w:tcPr>
            <w:tcW w:w="5695" w:type="dxa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shd w:val="clear" w:color="auto" w:fill="FDF7FF"/>
            <w:tcMar>
              <w:top w:w="50" w:type="dxa"/>
              <w:left w:w="75" w:type="dxa"/>
              <w:bottom w:w="50" w:type="dxa"/>
              <w:right w:w="75" w:type="dxa"/>
            </w:tcMar>
          </w:tcPr>
          <w:p w14:paraId="3067C970" w14:textId="77777777" w:rsidR="008824F3" w:rsidRDefault="008824F3">
            <w:pPr>
              <w:spacing w:after="0" w:line="228" w:lineRule="auto"/>
              <w:rPr>
                <w:b/>
                <w:color w:val="6A1B9A"/>
                <w:sz w:val="18"/>
                <w:szCs w:val="18"/>
              </w:rPr>
            </w:pPr>
          </w:p>
          <w:p w14:paraId="3801B61D" w14:textId="45C4F7EB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proofErr w:type="spellStart"/>
            <w:r w:rsidRPr="006770B6">
              <w:rPr>
                <w:b/>
                <w:color w:val="6A1B9A"/>
                <w:sz w:val="18"/>
                <w:szCs w:val="18"/>
              </w:rPr>
              <w:t>Documento</w:t>
            </w:r>
            <w:proofErr w:type="spellEnd"/>
            <w:r w:rsidRPr="006770B6">
              <w:rPr>
                <w:b/>
                <w:color w:val="6A1B9A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b/>
                <w:color w:val="6A1B9A"/>
                <w:sz w:val="18"/>
                <w:szCs w:val="18"/>
              </w:rPr>
              <w:t>allegato</w:t>
            </w:r>
            <w:proofErr w:type="spellEnd"/>
            <w:r w:rsidRPr="006770B6">
              <w:rPr>
                <w:b/>
                <w:color w:val="6A1B9A"/>
                <w:sz w:val="18"/>
                <w:szCs w:val="18"/>
              </w:rPr>
              <w:t xml:space="preserve"> o </w:t>
            </w:r>
            <w:proofErr w:type="spellStart"/>
            <w:r w:rsidRPr="006770B6">
              <w:rPr>
                <w:b/>
                <w:color w:val="6A1B9A"/>
                <w:sz w:val="18"/>
                <w:szCs w:val="18"/>
              </w:rPr>
              <w:t>esibito</w:t>
            </w:r>
            <w:proofErr w:type="spellEnd"/>
            <w:r w:rsidRPr="006770B6">
              <w:rPr>
                <w:b/>
                <w:color w:val="6A1B9A"/>
                <w:sz w:val="18"/>
                <w:szCs w:val="18"/>
              </w:rPr>
              <w:t>:</w:t>
            </w:r>
          </w:p>
          <w:p w14:paraId="34B43F4B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Verbale Legge 104/1992</w:t>
            </w:r>
          </w:p>
          <w:p w14:paraId="01ECE20A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Verbale di invalidità civile</w:t>
            </w:r>
            <w:r w:rsidRPr="006770B6">
              <w:rPr>
                <w:color w:val="000000"/>
                <w:sz w:val="18"/>
                <w:szCs w:val="18"/>
              </w:rPr>
              <w:t xml:space="preserve"> con percentuale chiaramente indicata</w:t>
            </w:r>
          </w:p>
          <w:p w14:paraId="77A8392D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Certificato medico</w:t>
            </w:r>
            <w:r w:rsidRPr="006770B6">
              <w:rPr>
                <w:color w:val="000000"/>
                <w:sz w:val="18"/>
                <w:szCs w:val="18"/>
              </w:rPr>
              <w:t xml:space="preserve"> per limitazione temporanea o gravidanza</w:t>
            </w:r>
          </w:p>
          <w:p w14:paraId="0BA65F40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CUDE</w:t>
            </w:r>
            <w:r w:rsidRPr="006770B6">
              <w:rPr>
                <w:color w:val="000000"/>
                <w:sz w:val="18"/>
                <w:szCs w:val="18"/>
              </w:rPr>
              <w:t xml:space="preserve"> - Contrassegno Unico Disabili Europeo (solo se necessario per l’accesso ai parcheggi riservati)</w:t>
            </w:r>
          </w:p>
          <w:p w14:paraId="08A0D406" w14:textId="77777777" w:rsidR="000868C1" w:rsidRPr="006770B6" w:rsidRDefault="00000000">
            <w:pPr>
              <w:spacing w:after="0" w:line="221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□ </w:t>
            </w:r>
            <w:r w:rsidRPr="006770B6">
              <w:rPr>
                <w:b/>
                <w:color w:val="000000"/>
                <w:sz w:val="18"/>
                <w:szCs w:val="18"/>
              </w:rPr>
              <w:t>Altro documento utile:</w:t>
            </w:r>
            <w:r w:rsidRPr="006770B6">
              <w:rPr>
                <w:color w:val="000000"/>
                <w:sz w:val="18"/>
                <w:szCs w:val="18"/>
              </w:rPr>
              <w:t xml:space="preserve"> ______________________________</w:t>
            </w:r>
          </w:p>
          <w:p w14:paraId="1CF29F62" w14:textId="77777777" w:rsidR="000868C1" w:rsidRPr="006770B6" w:rsidRDefault="00000000">
            <w:pPr>
              <w:spacing w:after="0" w:line="216" w:lineRule="auto"/>
              <w:rPr>
                <w:sz w:val="18"/>
                <w:szCs w:val="18"/>
              </w:rPr>
            </w:pPr>
            <w:r w:rsidRPr="006770B6">
              <w:rPr>
                <w:b/>
                <w:color w:val="C00000"/>
                <w:sz w:val="18"/>
                <w:szCs w:val="18"/>
              </w:rPr>
              <w:t>Nota: non indicare diagnosi. L’autodichiarazione non sostituisce i verbali o i certificati sanitari richiesti.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390"/>
        <w:gridCol w:w="15"/>
      </w:tblGrid>
      <w:tr w:rsidR="000868C1" w:rsidRPr="006770B6" w14:paraId="0F68C48C" w14:textId="77777777">
        <w:trPr>
          <w:gridAfter w:val="1"/>
          <w:wAfter w:w="15" w:type="dxa"/>
        </w:trPr>
        <w:tc>
          <w:tcPr>
            <w:tcW w:w="11390" w:type="dxa"/>
            <w:shd w:val="clear" w:color="auto" w:fill="0B3B8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62E143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b/>
                <w:color w:val="FFFFFF"/>
                <w:sz w:val="18"/>
                <w:szCs w:val="18"/>
              </w:rPr>
              <w:t>4. DICHIARAZIONE E IMPEGNI DEL RICHIEDENTE</w:t>
            </w:r>
          </w:p>
        </w:tc>
      </w:tr>
      <w:tr w:rsidR="000868C1" w:rsidRPr="006770B6" w14:paraId="27222C42" w14:textId="77777777">
        <w:tblPrEx>
          <w:jc w:val="center"/>
        </w:tblPrEx>
        <w:trPr>
          <w:jc w:val="center"/>
        </w:trPr>
        <w:tc>
          <w:tcPr>
            <w:tcW w:w="11390" w:type="dxa"/>
            <w:gridSpan w:val="2"/>
            <w:tcBorders>
              <w:top w:val="single" w:sz="5" w:space="0" w:color="B4C6E7"/>
              <w:left w:val="single" w:sz="5" w:space="0" w:color="B4C6E7"/>
              <w:bottom w:val="single" w:sz="5" w:space="0" w:color="B4C6E7"/>
              <w:right w:val="single" w:sz="5" w:space="0" w:color="B4C6E7"/>
            </w:tcBorders>
            <w:tcMar>
              <w:top w:w="50" w:type="dxa"/>
              <w:left w:w="75" w:type="dxa"/>
              <w:bottom w:w="50" w:type="dxa"/>
              <w:right w:w="75" w:type="dxa"/>
            </w:tcMar>
          </w:tcPr>
          <w:p w14:paraId="30EBE492" w14:textId="77777777" w:rsidR="000868C1" w:rsidRDefault="00000000">
            <w:pPr>
              <w:spacing w:after="0" w:line="216" w:lineRule="auto"/>
              <w:rPr>
                <w:color w:val="000000"/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 xml:space="preserve">Il/La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richiedente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dichiara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che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i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dati sono veritieri; che la documentazione indicata riguarda il beneficiario; di conoscere la priorità assoluta riconosciuta alle persone con disabilità motorie; di rispettare l’orario assegnato e comunicare tempestivamente ritardi, variazioni o disdette; che un ritardo superiore a 30 minuti senza comunicazione può determinare l’annullamento e la riassegnazione della postazione; che, per il beneficiario non autosufficiente, sarà presente continuativamente un accompagnatore maggiorenne (massimo n. 1); che le attrezzature speciali, comprese le sedie JOB, saranno utilizzate con assistenza e nel rispetto delle norme di sicurezza; di esibire all’ingresso il documento di identità del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beneficiario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e la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conferma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 xml:space="preserve"> della </w:t>
            </w:r>
            <w:proofErr w:type="spellStart"/>
            <w:r w:rsidRPr="006770B6">
              <w:rPr>
                <w:color w:val="000000"/>
                <w:sz w:val="18"/>
                <w:szCs w:val="18"/>
              </w:rPr>
              <w:t>prenotazione</w:t>
            </w:r>
            <w:proofErr w:type="spellEnd"/>
            <w:r w:rsidRPr="006770B6">
              <w:rPr>
                <w:color w:val="000000"/>
                <w:sz w:val="18"/>
                <w:szCs w:val="18"/>
              </w:rPr>
              <w:t>.</w:t>
            </w:r>
          </w:p>
          <w:p w14:paraId="4148F66B" w14:textId="3E38D127" w:rsidR="00FE5DE6" w:rsidRPr="006770B6" w:rsidRDefault="00FE5DE6">
            <w:pPr>
              <w:spacing w:after="0" w:line="216" w:lineRule="auto"/>
              <w:rPr>
                <w:sz w:val="18"/>
                <w:szCs w:val="18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97"/>
        <w:gridCol w:w="3797"/>
        <w:gridCol w:w="3797"/>
      </w:tblGrid>
      <w:tr w:rsidR="000868C1" w:rsidRPr="006770B6" w14:paraId="4B8EB18C" w14:textId="77777777">
        <w:trPr>
          <w:jc w:val="center"/>
        </w:trPr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2" w:type="dxa"/>
              <w:left w:w="55" w:type="dxa"/>
              <w:bottom w:w="42" w:type="dxa"/>
              <w:right w:w="55" w:type="dxa"/>
            </w:tcMar>
          </w:tcPr>
          <w:p w14:paraId="65089B18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Luogo: __________________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2" w:type="dxa"/>
              <w:left w:w="55" w:type="dxa"/>
              <w:bottom w:w="42" w:type="dxa"/>
              <w:right w:w="55" w:type="dxa"/>
            </w:tcMar>
          </w:tcPr>
          <w:p w14:paraId="1632CDA0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Data: ____/____/2026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2" w:type="dxa"/>
              <w:left w:w="55" w:type="dxa"/>
              <w:bottom w:w="42" w:type="dxa"/>
              <w:right w:w="55" w:type="dxa"/>
            </w:tcMar>
          </w:tcPr>
          <w:p w14:paraId="360727CD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Firma leggibile: __________________________</w:t>
            </w:r>
          </w:p>
        </w:tc>
      </w:tr>
      <w:tr w:rsidR="000868C1" w:rsidRPr="006770B6" w14:paraId="7F63F813" w14:textId="77777777">
        <w:trPr>
          <w:jc w:val="center"/>
        </w:trPr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2" w:type="dxa"/>
              <w:left w:w="55" w:type="dxa"/>
              <w:bottom w:w="42" w:type="dxa"/>
              <w:right w:w="55" w:type="dxa"/>
            </w:tcMar>
          </w:tcPr>
          <w:p w14:paraId="3C3E2C0A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□ Presa visione dell’informativa privacy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2" w:type="dxa"/>
              <w:left w:w="55" w:type="dxa"/>
              <w:bottom w:w="42" w:type="dxa"/>
              <w:right w:w="55" w:type="dxa"/>
            </w:tcMar>
          </w:tcPr>
          <w:p w14:paraId="382C4FDA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Documento identità richiedente: □ allegato  □ esibito</w:t>
            </w:r>
          </w:p>
        </w:tc>
        <w:tc>
          <w:tcPr>
            <w:tcW w:w="379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42" w:type="dxa"/>
              <w:left w:w="55" w:type="dxa"/>
              <w:bottom w:w="42" w:type="dxa"/>
              <w:right w:w="55" w:type="dxa"/>
            </w:tcMar>
          </w:tcPr>
          <w:p w14:paraId="17003E55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Firma operatore (se presente): ________________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90"/>
      </w:tblGrid>
      <w:tr w:rsidR="000868C1" w:rsidRPr="006770B6" w14:paraId="256AACE3" w14:textId="77777777">
        <w:trPr>
          <w:jc w:val="center"/>
        </w:trPr>
        <w:tc>
          <w:tcPr>
            <w:tcW w:w="1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8" w:type="dxa"/>
              <w:left w:w="65" w:type="dxa"/>
              <w:bottom w:w="38" w:type="dxa"/>
              <w:right w:w="65" w:type="dxa"/>
            </w:tcMar>
          </w:tcPr>
          <w:p w14:paraId="3930EFC2" w14:textId="77777777" w:rsidR="000868C1" w:rsidRPr="006770B6" w:rsidRDefault="00000000">
            <w:pPr>
              <w:spacing w:after="0" w:line="211" w:lineRule="auto"/>
              <w:rPr>
                <w:sz w:val="18"/>
                <w:szCs w:val="18"/>
              </w:rPr>
            </w:pPr>
            <w:r w:rsidRPr="006770B6">
              <w:rPr>
                <w:color w:val="17365D"/>
                <w:sz w:val="18"/>
                <w:szCs w:val="18"/>
              </w:rPr>
              <w:t>Informativa sintetica: il Comune di Petacciato tratta i dati, compresi quelli relativi alla condizione di accesso, esclusivamente per gestire la prenotazione, verificare i requisiti e organizzare il servizio, nell’esecuzione di un compito di interesse pubblico. I dati sono accessibili solo al personale autorizzato e conservati secondo le regole dell’Ente. Per i diritti previsti dal Regolamento (UE) 2016/679: PEC comunedipetacciato@pec.it. RPD/DPO: dpo.asmel@asmepec.it. I documenti sanitari non devono essere diffusi e vanno trattati con particolare riservatezza.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47"/>
        <w:gridCol w:w="2847"/>
        <w:gridCol w:w="2847"/>
        <w:gridCol w:w="2847"/>
      </w:tblGrid>
      <w:tr w:rsidR="000868C1" w:rsidRPr="006770B6" w14:paraId="60A8CF5E" w14:textId="77777777">
        <w:trPr>
          <w:jc w:val="center"/>
        </w:trPr>
        <w:tc>
          <w:tcPr>
            <w:tcW w:w="11388" w:type="dxa"/>
            <w:gridSpan w:val="4"/>
            <w:shd w:val="clear" w:color="auto" w:fill="0B3B8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87737EA" w14:textId="77777777" w:rsidR="000868C1" w:rsidRPr="006770B6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6770B6">
              <w:rPr>
                <w:b/>
                <w:color w:val="FFFFFF"/>
                <w:sz w:val="18"/>
                <w:szCs w:val="18"/>
              </w:rPr>
              <w:t>RISERVATO ALL’UFFICIO / PERSONALE INCARICATO</w:t>
            </w:r>
          </w:p>
        </w:tc>
      </w:tr>
      <w:tr w:rsidR="000868C1" w:rsidRPr="006770B6" w14:paraId="5D2BB30A" w14:textId="77777777">
        <w:trPr>
          <w:jc w:val="center"/>
        </w:trPr>
        <w:tc>
          <w:tcPr>
            <w:tcW w:w="284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22" w:type="dxa"/>
              <w:left w:w="35" w:type="dxa"/>
              <w:bottom w:w="22" w:type="dxa"/>
              <w:right w:w="35" w:type="dxa"/>
            </w:tcMar>
          </w:tcPr>
          <w:p w14:paraId="47282E4D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Ricezione: ___/___/2026 ore ____</w:t>
            </w:r>
          </w:p>
        </w:tc>
        <w:tc>
          <w:tcPr>
            <w:tcW w:w="284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22" w:type="dxa"/>
              <w:left w:w="35" w:type="dxa"/>
              <w:bottom w:w="22" w:type="dxa"/>
              <w:right w:w="35" w:type="dxa"/>
            </w:tcMar>
          </w:tcPr>
          <w:p w14:paraId="6B85220D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Progressivo: __________</w:t>
            </w:r>
          </w:p>
        </w:tc>
        <w:tc>
          <w:tcPr>
            <w:tcW w:w="284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22" w:type="dxa"/>
              <w:left w:w="35" w:type="dxa"/>
              <w:bottom w:w="22" w:type="dxa"/>
              <w:right w:w="35" w:type="dxa"/>
            </w:tcMar>
          </w:tcPr>
          <w:p w14:paraId="6D784402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Esito: □ accolta □ attesa □ non accolta</w:t>
            </w:r>
          </w:p>
        </w:tc>
        <w:tc>
          <w:tcPr>
            <w:tcW w:w="2847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22" w:type="dxa"/>
              <w:left w:w="35" w:type="dxa"/>
              <w:bottom w:w="22" w:type="dxa"/>
              <w:right w:w="35" w:type="dxa"/>
            </w:tcMar>
          </w:tcPr>
          <w:p w14:paraId="39D5E129" w14:textId="77777777" w:rsidR="000868C1" w:rsidRPr="006770B6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6770B6">
              <w:rPr>
                <w:color w:val="000000"/>
                <w:sz w:val="18"/>
                <w:szCs w:val="18"/>
              </w:rPr>
              <w:t>Postazione / note: __________________</w:t>
            </w:r>
          </w:p>
        </w:tc>
      </w:tr>
    </w:tbl>
    <w:p w14:paraId="70807BF8" w14:textId="77777777" w:rsidR="008B607F" w:rsidRPr="006770B6" w:rsidRDefault="008B607F">
      <w:pPr>
        <w:rPr>
          <w:sz w:val="18"/>
          <w:szCs w:val="18"/>
        </w:rPr>
      </w:pPr>
    </w:p>
    <w:sectPr w:rsidR="008B607F" w:rsidRPr="006770B6" w:rsidSect="00034616">
      <w:pgSz w:w="12240" w:h="15840"/>
      <w:pgMar w:top="369" w:right="425" w:bottom="369" w:left="42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205316">
    <w:abstractNumId w:val="8"/>
  </w:num>
  <w:num w:numId="2" w16cid:durableId="1102070486">
    <w:abstractNumId w:val="6"/>
  </w:num>
  <w:num w:numId="3" w16cid:durableId="598375162">
    <w:abstractNumId w:val="5"/>
  </w:num>
  <w:num w:numId="4" w16cid:durableId="1937597073">
    <w:abstractNumId w:val="4"/>
  </w:num>
  <w:num w:numId="5" w16cid:durableId="905065271">
    <w:abstractNumId w:val="7"/>
  </w:num>
  <w:num w:numId="6" w16cid:durableId="1970355501">
    <w:abstractNumId w:val="3"/>
  </w:num>
  <w:num w:numId="7" w16cid:durableId="1234313161">
    <w:abstractNumId w:val="2"/>
  </w:num>
  <w:num w:numId="8" w16cid:durableId="1959605180">
    <w:abstractNumId w:val="1"/>
  </w:num>
  <w:num w:numId="9" w16cid:durableId="75374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8C1"/>
    <w:rsid w:val="0015074B"/>
    <w:rsid w:val="0029639D"/>
    <w:rsid w:val="00326F90"/>
    <w:rsid w:val="003B02B8"/>
    <w:rsid w:val="004E0B79"/>
    <w:rsid w:val="006770B6"/>
    <w:rsid w:val="008705D5"/>
    <w:rsid w:val="008824F3"/>
    <w:rsid w:val="008B607F"/>
    <w:rsid w:val="00AA1D8D"/>
    <w:rsid w:val="00B47730"/>
    <w:rsid w:val="00CB0664"/>
    <w:rsid w:val="00FC693F"/>
    <w:rsid w:val="00F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C141D"/>
  <w14:defaultImageDpi w14:val="300"/>
  <w15:docId w15:val="{EC5CB489-3CF2-4C90-AF3C-8E474F79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eastAsia="Arial" w:hAnsi="Arial"/>
      <w:sz w:val="1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6770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7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aja_levante" TargetMode="External"/><Relationship Id="rId3" Type="http://schemas.openxmlformats.org/officeDocument/2006/relationships/styles" Target="styles.xml"/><Relationship Id="rId7" Type="http://schemas.openxmlformats.org/officeDocument/2006/relationships/hyperlink" Target="mailto:cristian.berchicci@liber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 e richiesta di prenotazione Spiaggia Abile 2026</dc:title>
  <dc:subject>Modulo sintetico per la prenotazione di una postazione accessibile</dc:subject>
  <dc:creator>Comune di Petacciato</dc:creator>
  <cp:keywords>Spiaggia Abile, prenotazione, autodichiarazione, invalidità civile, Legge 104, accessibilità</cp:keywords>
  <dc:description>generated by python-docx</dc:description>
  <cp:lastModifiedBy>Admin</cp:lastModifiedBy>
  <cp:revision>5</cp:revision>
  <cp:lastPrinted>2026-07-30T07:20:00Z</cp:lastPrinted>
  <dcterms:created xsi:type="dcterms:W3CDTF">2013-12-23T23:15:00Z</dcterms:created>
  <dcterms:modified xsi:type="dcterms:W3CDTF">2026-07-30T07:39:00Z</dcterms:modified>
  <cp:category/>
</cp:coreProperties>
</file>